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18A3D" w14:textId="77777777" w:rsidR="00300FAC" w:rsidRPr="00932895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  <w:lang w:val="pl-PL"/>
        </w:rPr>
      </w:pPr>
      <w:r w:rsidRPr="00932895">
        <w:rPr>
          <w:rFonts w:ascii="Lato" w:hAnsi="Lato" w:cs="Lato"/>
          <w:b w:val="0"/>
          <w:bCs/>
          <w:color w:val="auto"/>
          <w:sz w:val="20"/>
          <w:szCs w:val="20"/>
          <w:lang w:val="pl-PL"/>
        </w:rPr>
        <w:t xml:space="preserve">…………………………………………….. </w:t>
      </w:r>
    </w:p>
    <w:p w14:paraId="7DF9830A" w14:textId="4EC14AD9" w:rsidR="00300FAC" w:rsidRPr="00932895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  <w:lang w:val="pl-PL"/>
        </w:rPr>
      </w:pPr>
      <w:r w:rsidRPr="00932895">
        <w:rPr>
          <w:rFonts w:ascii="Lato" w:hAnsi="Lato" w:cs="Lato"/>
          <w:b w:val="0"/>
          <w:bCs/>
          <w:color w:val="auto"/>
          <w:sz w:val="18"/>
          <w:szCs w:val="18"/>
          <w:lang w:val="pl-PL"/>
        </w:rPr>
        <w:t>(pieczęć szkoły)</w:t>
      </w:r>
    </w:p>
    <w:p w14:paraId="7314D409" w14:textId="77777777" w:rsidR="00300FAC" w:rsidRPr="00932895" w:rsidRDefault="00300FAC" w:rsidP="00552DFF">
      <w:pPr>
        <w:pStyle w:val="Tytu"/>
        <w:jc w:val="center"/>
        <w:rPr>
          <w:rFonts w:ascii="Lato" w:hAnsi="Lato" w:cs="Lato"/>
          <w:sz w:val="20"/>
          <w:szCs w:val="20"/>
          <w:lang w:val="pl-PL"/>
        </w:rPr>
      </w:pPr>
    </w:p>
    <w:p w14:paraId="7866DCE8" w14:textId="77777777" w:rsidR="00300FAC" w:rsidRPr="00932895" w:rsidRDefault="00300FAC" w:rsidP="00552DFF">
      <w:pPr>
        <w:pStyle w:val="Tytu"/>
        <w:jc w:val="center"/>
        <w:rPr>
          <w:rFonts w:ascii="Lato" w:hAnsi="Lato" w:cs="Lato"/>
          <w:sz w:val="20"/>
          <w:szCs w:val="20"/>
          <w:lang w:val="pl-PL"/>
        </w:rPr>
      </w:pPr>
    </w:p>
    <w:p w14:paraId="0471E529" w14:textId="01175D67" w:rsidR="00A67B2E" w:rsidRPr="00932895" w:rsidRDefault="00382C8A" w:rsidP="00552DFF">
      <w:pPr>
        <w:pStyle w:val="Tytu"/>
        <w:jc w:val="center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KARTA ZGŁOSZENIA UCZNIA</w:t>
      </w:r>
    </w:p>
    <w:p w14:paraId="20711789" w14:textId="7D7E228D" w:rsidR="00A67B2E" w:rsidRPr="00932895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b/>
          <w:sz w:val="20"/>
          <w:szCs w:val="20"/>
          <w:lang w:val="pl-PL"/>
        </w:rPr>
        <w:t>do Wojewódzkiego Konkursu z .......................................................... (nazwa przedmiotu)</w:t>
      </w:r>
      <w:r w:rsidR="00A14621" w:rsidRPr="00932895">
        <w:rPr>
          <w:rFonts w:ascii="Lato" w:hAnsi="Lato" w:cs="Lato"/>
          <w:b/>
          <w:sz w:val="20"/>
          <w:szCs w:val="20"/>
          <w:lang w:val="pl-PL"/>
        </w:rPr>
        <w:t>*</w:t>
      </w:r>
      <w:r w:rsidRPr="00932895">
        <w:rPr>
          <w:rFonts w:ascii="Lato" w:hAnsi="Lato" w:cs="Lato"/>
          <w:b/>
          <w:sz w:val="20"/>
          <w:szCs w:val="20"/>
          <w:lang w:val="pl-PL"/>
        </w:rPr>
        <w:br/>
        <w:t>dla uczniów klas IV–VIII szkół podstawowych województwa pomorskiego w roku szkolnym 2026/2027</w:t>
      </w:r>
    </w:p>
    <w:p w14:paraId="2DA09ABE" w14:textId="77777777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I. Dane uczestnika</w:t>
      </w:r>
    </w:p>
    <w:p w14:paraId="055D38CE" w14:textId="6B0070A2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Imię (imiona) ucznia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6458D8C7" w14:textId="0AEDE8F9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Nazwisko ucznia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F812EFF" w14:textId="640F3E25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Data urodzenia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59F4CB45" w14:textId="37CFF94B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Miejsce urodzenia (miejscowość; w przypadku urodzenia poza Polską – również kraj)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1F26FFB8" w14:textId="409B82A5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Klasa w roku szkolnym 2026/2027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62CEDAB" w14:textId="77777777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II. Dane szkoły</w:t>
      </w:r>
    </w:p>
    <w:p w14:paraId="74A678F5" w14:textId="3AAD5257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Pełna nazwa szkoły podstawowej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>
        <w:rPr>
          <w:rFonts w:ascii="Lato" w:hAnsi="Lato" w:cs="Lato"/>
          <w:sz w:val="20"/>
          <w:szCs w:val="20"/>
          <w:lang w:val="pl-PL"/>
        </w:rPr>
        <w:t>SZKOŁA PODSTAWOWA NR 77 W GDAŃSKU</w:t>
      </w:r>
    </w:p>
    <w:p w14:paraId="317B45EB" w14:textId="3700E978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Ulica i numer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>
        <w:rPr>
          <w:rFonts w:ascii="Lato" w:hAnsi="Lato" w:cs="Lato"/>
          <w:sz w:val="20"/>
          <w:szCs w:val="20"/>
          <w:lang w:val="pl-PL"/>
        </w:rPr>
        <w:t>ORŁOWSKA 13</w:t>
      </w:r>
    </w:p>
    <w:p w14:paraId="61360609" w14:textId="15003C89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Miejscowość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>
        <w:rPr>
          <w:rFonts w:ascii="Lato" w:hAnsi="Lato" w:cs="Lato"/>
          <w:sz w:val="20"/>
          <w:szCs w:val="20"/>
          <w:lang w:val="pl-PL"/>
        </w:rPr>
        <w:t>GDAŃSK</w:t>
      </w:r>
    </w:p>
    <w:p w14:paraId="709273EA" w14:textId="6535145A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Gmina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>
        <w:rPr>
          <w:rFonts w:ascii="Lato" w:hAnsi="Lato" w:cs="Lato"/>
          <w:sz w:val="20"/>
          <w:szCs w:val="20"/>
          <w:lang w:val="pl-PL"/>
        </w:rPr>
        <w:t>GDAŃSK</w:t>
      </w:r>
    </w:p>
    <w:p w14:paraId="3D75C062" w14:textId="34F7DE6D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Powiat</w:t>
      </w:r>
      <w:r w:rsidR="00A14621" w:rsidRPr="00932895">
        <w:rPr>
          <w:rFonts w:ascii="Lato" w:hAnsi="Lato" w:cs="Lato"/>
          <w:sz w:val="20"/>
          <w:szCs w:val="20"/>
          <w:lang w:val="pl-PL"/>
        </w:rPr>
        <w:t>*</w:t>
      </w:r>
      <w:r w:rsidRPr="0093289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>
        <w:rPr>
          <w:rFonts w:ascii="Lato" w:hAnsi="Lato" w:cs="Lato"/>
          <w:sz w:val="20"/>
          <w:szCs w:val="20"/>
          <w:lang w:val="pl-PL"/>
        </w:rPr>
        <w:t>GDAŃSK</w:t>
      </w:r>
    </w:p>
    <w:p w14:paraId="69624A7D" w14:textId="77777777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Potwierdzam prawidłowość powyższych danych.</w:t>
      </w:r>
      <w:r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18"/>
          <w:szCs w:val="18"/>
          <w:lang w:val="pl-PL"/>
        </w:rPr>
        <w:t>data, podpis i pieczęć dyrektora szkoły</w:t>
      </w:r>
    </w:p>
    <w:p w14:paraId="7AD083E9" w14:textId="091DC8B9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III. Dostosowanie warunków Konkursu</w:t>
      </w:r>
      <w:r w:rsidR="00A14621" w:rsidRPr="00932895">
        <w:rPr>
          <w:rFonts w:ascii="Lato" w:hAnsi="Lato" w:cs="Lato"/>
          <w:sz w:val="20"/>
          <w:szCs w:val="20"/>
          <w:lang w:val="pl-PL"/>
        </w:rPr>
        <w:t>**</w:t>
      </w:r>
    </w:p>
    <w:p w14:paraId="2C616E11" w14:textId="77777777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932895">
        <w:rPr>
          <w:rFonts w:ascii="Lato" w:hAnsi="Lato" w:cs="Lato"/>
          <w:sz w:val="20"/>
          <w:szCs w:val="20"/>
          <w:lang w:val="pl-PL"/>
        </w:rPr>
        <w:t xml:space="preserve"> Składam wniosek o dostosowanie warunków przeprowadzenia Konkursu do potrzeb uczestnika.</w:t>
      </w:r>
      <w:r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932895">
        <w:rPr>
          <w:rFonts w:ascii="Lato" w:hAnsi="Lato" w:cs="Lato"/>
          <w:sz w:val="20"/>
          <w:szCs w:val="20"/>
          <w:lang w:val="pl-PL"/>
        </w:rPr>
        <w:t xml:space="preserve"> Nie składam wniosku o dostosowanie warunków przeprowadzenia Konkursu.</w:t>
      </w:r>
    </w:p>
    <w:p w14:paraId="30C855B9" w14:textId="6ED70590" w:rsidR="00A67B2E" w:rsidRPr="0093289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Dokumentację potwierdzającą potrzebę dostosowania przedstawia się szkole zgodnie </w:t>
      </w:r>
      <w:r w:rsidR="00A14621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IV. Wizerunek – Wojewódzka Gala Wręczenia Zaświadczeń Laureatom</w:t>
      </w:r>
      <w:r w:rsidR="00A14621" w:rsidRPr="00932895">
        <w:rPr>
          <w:rFonts w:ascii="Lato" w:hAnsi="Lato" w:cs="Lato"/>
          <w:sz w:val="20"/>
          <w:szCs w:val="20"/>
          <w:lang w:val="pl-PL"/>
        </w:rPr>
        <w:t>**</w:t>
      </w:r>
    </w:p>
    <w:p w14:paraId="1AF50134" w14:textId="77777777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932895">
        <w:rPr>
          <w:rFonts w:ascii="Lato" w:hAnsi="Lato" w:cs="Lato"/>
          <w:sz w:val="20"/>
          <w:szCs w:val="20"/>
          <w:lang w:val="pl-PL"/>
        </w:rPr>
        <w:t xml:space="preserve"> Zezwalam</w:t>
      </w:r>
      <w:r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932895">
        <w:rPr>
          <w:rFonts w:ascii="Lato" w:hAnsi="Lato" w:cs="Lato"/>
          <w:sz w:val="20"/>
          <w:szCs w:val="20"/>
          <w:lang w:val="pl-PL"/>
        </w:rPr>
        <w:t xml:space="preserve"> Nie zezwalam</w:t>
      </w:r>
    </w:p>
    <w:p w14:paraId="46A65EF8" w14:textId="1D65867B" w:rsidR="00A67B2E" w:rsidRPr="00932895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 xml:space="preserve">oraz na oficjalnych profilach Kuratorium w serwisach społecznościowych, w celu informowania o wydarzeniu </w:t>
      </w:r>
      <w:r w:rsidR="00352867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i działalności Kuratorium.</w:t>
      </w:r>
      <w:r w:rsidR="00411193" w:rsidRPr="00932895">
        <w:rPr>
          <w:rFonts w:ascii="Lato" w:hAnsi="Lato" w:cs="Lato"/>
          <w:sz w:val="20"/>
          <w:szCs w:val="20"/>
          <w:lang w:val="pl-PL"/>
        </w:rPr>
        <w:t xml:space="preserve"> </w:t>
      </w:r>
      <w:r w:rsidRPr="00932895">
        <w:rPr>
          <w:rFonts w:ascii="Lato" w:hAnsi="Lato" w:cs="Lato"/>
          <w:sz w:val="20"/>
          <w:szCs w:val="20"/>
          <w:lang w:val="pl-PL"/>
        </w:rPr>
        <w:t>Zezwolenie jest dobrowolne. Brak zezwolenia nie wpływa na udział w Konkursie, uzyskanie tytułu ani udział w Gali. Podstawą rozpowszechniania wizerunku jest art. 81 ust. 1 ustawy o prawie autorskim i prawach pokrewnych; zasady przetwarzania danych związanych z publikacją wizerunku określa odrębna informacja Administratora.</w:t>
      </w:r>
    </w:p>
    <w:p w14:paraId="5B7E9558" w14:textId="3B00B402" w:rsidR="00936BB1" w:rsidRPr="00932895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932895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lastRenderedPageBreak/>
        <w:t>V. Imię i nazwisko ucznia – Wojewódzka Gala Wręczenia Zaświadczeń Laureatom</w:t>
      </w:r>
    </w:p>
    <w:p w14:paraId="22343B8E" w14:textId="77777777" w:rsidR="00936BB1" w:rsidRPr="0093289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932895">
        <w:rPr>
          <w:rFonts w:ascii="Lato" w:hAnsi="Lato" w:cs="Lato"/>
          <w:sz w:val="20"/>
          <w:szCs w:val="20"/>
          <w:lang w:val="pl-PL"/>
        </w:rPr>
        <w:t> </w:t>
      </w:r>
      <w:r w:rsidRPr="00932895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932895">
        <w:rPr>
          <w:rFonts w:ascii="Lato" w:hAnsi="Lato" w:cs="Lato"/>
          <w:sz w:val="20"/>
          <w:szCs w:val="20"/>
          <w:lang w:val="pl-PL"/>
        </w:rPr>
        <w:t> </w:t>
      </w:r>
      <w:r w:rsidRPr="00932895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932895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932895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932895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93289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93289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V</w:t>
      </w:r>
      <w:r w:rsidR="00936BB1" w:rsidRPr="00932895">
        <w:rPr>
          <w:rFonts w:ascii="Lato" w:hAnsi="Lato" w:cs="Lato"/>
          <w:sz w:val="20"/>
          <w:szCs w:val="20"/>
          <w:lang w:val="pl-PL"/>
        </w:rPr>
        <w:t>I</w:t>
      </w:r>
      <w:r w:rsidRPr="00932895">
        <w:rPr>
          <w:rFonts w:ascii="Lato" w:hAnsi="Lato" w:cs="Lato"/>
          <w:sz w:val="20"/>
          <w:szCs w:val="20"/>
          <w:lang w:val="pl-PL"/>
        </w:rPr>
        <w:t>. Oświadczenie rodzica/opiekuna prawnego</w:t>
      </w:r>
    </w:p>
    <w:p w14:paraId="556C37A9" w14:textId="7F99F8A5" w:rsidR="00A67B2E" w:rsidRPr="0093289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Oświadczam, że dane podane w Karcie są zgodne ze stanem faktycznym, zapoznałam/em się </w:t>
      </w:r>
      <w:r w:rsidR="00A14621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93289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18"/>
          <w:szCs w:val="18"/>
          <w:lang w:val="pl-PL"/>
        </w:rPr>
        <w:t>miejscowość, data i podpis rodzica/opiekuna prawnego</w:t>
      </w:r>
    </w:p>
    <w:p w14:paraId="249B7BCC" w14:textId="08E7585E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VI</w:t>
      </w:r>
      <w:r w:rsidR="00936BB1" w:rsidRPr="00932895">
        <w:rPr>
          <w:rFonts w:ascii="Lato" w:hAnsi="Lato" w:cs="Lato"/>
          <w:sz w:val="20"/>
          <w:szCs w:val="20"/>
          <w:lang w:val="pl-PL"/>
        </w:rPr>
        <w:t>I</w:t>
      </w:r>
      <w:r w:rsidRPr="00932895">
        <w:rPr>
          <w:rFonts w:ascii="Lato" w:hAnsi="Lato" w:cs="Lato"/>
          <w:sz w:val="20"/>
          <w:szCs w:val="20"/>
          <w:lang w:val="pl-PL"/>
        </w:rPr>
        <w:t>. Informacja dotycząca przetwarzania danych na stopniu I – szkolnym</w:t>
      </w:r>
    </w:p>
    <w:p w14:paraId="7BE8F495" w14:textId="2A3FFE5A" w:rsidR="00A67B2E" w:rsidRPr="00932895" w:rsidRDefault="00382C8A" w:rsidP="00932895">
      <w:pPr>
        <w:spacing w:after="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Administratorem danych osobowych jest szkoła: </w:t>
      </w:r>
      <w:r w:rsidR="00932895" w:rsidRPr="00932895">
        <w:rPr>
          <w:rFonts w:ascii="Lato" w:hAnsi="Lato" w:cs="Lato"/>
          <w:sz w:val="20"/>
          <w:szCs w:val="20"/>
          <w:lang w:val="pl-PL"/>
        </w:rPr>
        <w:t>Szkoła Podstawowa nr 77 w Gdańsku</w:t>
      </w:r>
    </w:p>
    <w:p w14:paraId="55B0EC7F" w14:textId="77777777" w:rsidR="00932895" w:rsidRDefault="00382C8A" w:rsidP="00932895">
      <w:pPr>
        <w:spacing w:after="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Dane kontaktowe szkoły: </w:t>
      </w:r>
      <w:r w:rsidR="00932895" w:rsidRPr="00932895">
        <w:rPr>
          <w:rFonts w:ascii="Lato" w:hAnsi="Lato" w:cs="Lato"/>
          <w:sz w:val="20"/>
          <w:szCs w:val="20"/>
          <w:lang w:val="pl-PL"/>
        </w:rPr>
        <w:t>80-347 Gdańsk, ul. Orłowska 13; Telefon: (58) 556 29 00</w:t>
      </w:r>
      <w:r w:rsidR="00932895">
        <w:rPr>
          <w:rFonts w:ascii="Lato" w:hAnsi="Lato" w:cs="Lato"/>
          <w:sz w:val="20"/>
          <w:szCs w:val="20"/>
          <w:lang w:val="pl-PL"/>
        </w:rPr>
        <w:t>;</w:t>
      </w:r>
    </w:p>
    <w:p w14:paraId="2F31C2B7" w14:textId="52A94432" w:rsidR="00932895" w:rsidRPr="00932895" w:rsidRDefault="00932895" w:rsidP="00932895">
      <w:pPr>
        <w:spacing w:after="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email: sekretariat@sp77.edu.gdansk.pl</w:t>
      </w:r>
    </w:p>
    <w:p w14:paraId="32FBF02A" w14:textId="2307AC64" w:rsidR="00A67B2E" w:rsidRPr="00932895" w:rsidRDefault="00A67B2E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14:paraId="063954CD" w14:textId="736F63F6" w:rsidR="00A67B2E" w:rsidRPr="00932895" w:rsidRDefault="00382C8A" w:rsidP="00932895">
      <w:pP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Kontakt do IOD szkoły: </w:t>
      </w:r>
      <w:r w:rsidR="00932895" w:rsidRPr="00932895">
        <w:rPr>
          <w:rFonts w:ascii="Lato" w:hAnsi="Lato" w:cs="Lato"/>
          <w:sz w:val="20"/>
          <w:szCs w:val="20"/>
          <w:lang w:val="pl-PL"/>
        </w:rPr>
        <w:t>iod@efecto.net.pl</w:t>
      </w:r>
    </w:p>
    <w:p w14:paraId="02312C48" w14:textId="740D8EF8" w:rsidR="00A67B2E" w:rsidRPr="0093289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Dane są przetwarzane w celu organizacji i przeprowadzenia stopnia I – szkolnego Konkursu, ustalenia wyników i sporządzenia dokumentacji.</w:t>
      </w:r>
      <w:r w:rsidR="00D63C7B" w:rsidRPr="00932895">
        <w:rPr>
          <w:rFonts w:ascii="Lato" w:hAnsi="Lato" w:cs="Lato"/>
          <w:sz w:val="20"/>
          <w:szCs w:val="20"/>
          <w:lang w:val="pl-PL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932895">
        <w:rPr>
          <w:rFonts w:ascii="Lato" w:hAnsi="Lato" w:cs="Lato"/>
          <w:sz w:val="20"/>
          <w:szCs w:val="20"/>
          <w:lang w:val="pl-PL"/>
        </w:rPr>
        <w:t xml:space="preserve"> Podanie danych wymaganych do udziału w Konkursie jest niezbędne; ich brak może uniemożliwić zgłoszenie lub realizację udziału.</w:t>
      </w:r>
      <w:r w:rsidR="00932895">
        <w:rPr>
          <w:rFonts w:ascii="Lato" w:hAnsi="Lato" w:cs="Lato"/>
          <w:sz w:val="20"/>
          <w:szCs w:val="20"/>
          <w:lang w:val="pl-PL"/>
        </w:rPr>
        <w:t xml:space="preserve"> </w:t>
      </w:r>
      <w:r w:rsidRPr="00932895">
        <w:rPr>
          <w:rFonts w:ascii="Lato" w:hAnsi="Lato" w:cs="Lato"/>
          <w:sz w:val="20"/>
          <w:szCs w:val="20"/>
          <w:lang w:val="pl-PL"/>
        </w:rPr>
        <w:t xml:space="preserve">Dane i dokumentacja uczestników określonych w Regulaminie mogą zostać przekazane właściwej RKK w celu weryfikacji wyników stopnia I – szkolnego, ustalenia kwalifikacji do stopnia </w:t>
      </w:r>
      <w:r w:rsidR="00A14621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II – rejonowego oraz dalszej organizacji Konkursu. W zakresie tych danych administratorem jest Pomorski Kurator Oświaty.</w:t>
      </w:r>
      <w:r w:rsidR="00411193" w:rsidRPr="00932895">
        <w:rPr>
          <w:rFonts w:ascii="Lato" w:hAnsi="Lato" w:cs="Lato"/>
          <w:sz w:val="20"/>
          <w:szCs w:val="20"/>
          <w:lang w:val="pl-PL"/>
        </w:rPr>
        <w:t xml:space="preserve"> </w:t>
      </w:r>
      <w:r w:rsidRPr="00932895">
        <w:rPr>
          <w:rFonts w:ascii="Lato" w:hAnsi="Lato" w:cs="Lato"/>
          <w:sz w:val="20"/>
          <w:szCs w:val="20"/>
          <w:lang w:val="pl-PL"/>
        </w:rPr>
        <w:t>Dane będą przechowywane przez okres wynikający z Regulaminu oraz przepisów kancelaryjno-archiwalnych i JRWA właściwego administratora. Osobie przysługują, na zasadach określonych</w:t>
      </w:r>
      <w:r w:rsidR="00411193" w:rsidRPr="00932895">
        <w:rPr>
          <w:rFonts w:ascii="Lato" w:hAnsi="Lato" w:cs="Lato"/>
          <w:sz w:val="20"/>
          <w:szCs w:val="20"/>
          <w:lang w:val="pl-PL"/>
        </w:rPr>
        <w:t xml:space="preserve"> </w:t>
      </w:r>
      <w:r w:rsidR="00411193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 xml:space="preserve">w RODO, m.in. prawa dostępu, sprostowania, ograniczenia przetwarzania oraz wniesienia skargi </w:t>
      </w:r>
      <w:r w:rsidR="00A14621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do Prezesa UODO.</w:t>
      </w:r>
    </w:p>
    <w:p w14:paraId="337C79A2" w14:textId="370ADE5B" w:rsidR="00A67B2E" w:rsidRPr="00932895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VII</w:t>
      </w:r>
      <w:r w:rsidR="00936BB1" w:rsidRPr="00932895">
        <w:rPr>
          <w:rFonts w:ascii="Lato" w:hAnsi="Lato" w:cs="Lato"/>
          <w:sz w:val="20"/>
          <w:szCs w:val="20"/>
          <w:lang w:val="pl-PL"/>
        </w:rPr>
        <w:t>I</w:t>
      </w:r>
      <w:r w:rsidRPr="00932895">
        <w:rPr>
          <w:rFonts w:ascii="Lato" w:hAnsi="Lato" w:cs="Lato"/>
          <w:sz w:val="20"/>
          <w:szCs w:val="20"/>
          <w:lang w:val="pl-PL"/>
        </w:rPr>
        <w:t>. Informacja o dalszym przetwarzaniu danych przez Pomorskiego Kuratora Oświaty</w:t>
      </w:r>
    </w:p>
    <w:p w14:paraId="49530D87" w14:textId="26D892D0" w:rsidR="00A67B2E" w:rsidRPr="0093289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 xml:space="preserve">Jeżeli dokumentacja uczestnika zostanie przekazana przez SKK do właściwej RKK zgodnie </w:t>
      </w:r>
      <w:r w:rsidR="00A14621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 w:rsidRPr="00932895">
        <w:rPr>
          <w:rFonts w:ascii="Lato" w:hAnsi="Lato" w:cs="Lato"/>
          <w:sz w:val="20"/>
          <w:szCs w:val="20"/>
          <w:lang w:val="pl-PL"/>
        </w:rPr>
        <w:br/>
      </w:r>
      <w:r w:rsidRPr="00932895">
        <w:rPr>
          <w:rFonts w:ascii="Lato" w:hAnsi="Lato" w:cs="Lato"/>
          <w:sz w:val="20"/>
          <w:szCs w:val="20"/>
          <w:lang w:val="pl-PL"/>
        </w:rPr>
        <w:t>nie wymaga podpisania.</w:t>
      </w:r>
    </w:p>
    <w:p w14:paraId="5E9FAB94" w14:textId="77777777" w:rsidR="00A14621" w:rsidRPr="00932895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14:paraId="02B0B2ED" w14:textId="4FCCD103" w:rsidR="00A14621" w:rsidRPr="00932895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932895">
        <w:rPr>
          <w:rFonts w:ascii="Lato" w:hAnsi="Lato" w:cs="Lato"/>
          <w:sz w:val="20"/>
          <w:szCs w:val="20"/>
          <w:lang w:val="pl-PL"/>
        </w:rPr>
        <w:t>* wypełnić komputerowo / pisemnie drukowanymi literami;  ** zaznacz jedną odpowiedź</w:t>
      </w:r>
    </w:p>
    <w:sectPr w:rsidR="00A14621" w:rsidRPr="00932895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E3522" w14:textId="77777777" w:rsidR="007C6435" w:rsidRDefault="007C6435">
      <w:pPr>
        <w:spacing w:after="0" w:line="240" w:lineRule="auto"/>
      </w:pPr>
      <w:r>
        <w:separator/>
      </w:r>
    </w:p>
  </w:endnote>
  <w:endnote w:type="continuationSeparator" w:id="0">
    <w:p w14:paraId="0B95E443" w14:textId="77777777" w:rsidR="007C6435" w:rsidRDefault="007C6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0405" w14:textId="77777777" w:rsidR="00A67B2E" w:rsidRDefault="00382C8A">
    <w:pPr>
      <w:pStyle w:val="Stopka"/>
      <w:jc w:val="center"/>
    </w:pPr>
    <w:proofErr w:type="spellStart"/>
    <w:r>
      <w:rPr>
        <w:sz w:val="16"/>
      </w:rPr>
      <w:t>Pakiet</w:t>
    </w:r>
    <w:proofErr w:type="spellEnd"/>
    <w:r>
      <w:rPr>
        <w:sz w:val="16"/>
      </w:rPr>
      <w:t xml:space="preserve"> RODO – </w:t>
    </w:r>
    <w:proofErr w:type="spellStart"/>
    <w:r>
      <w:rPr>
        <w:sz w:val="16"/>
      </w:rPr>
      <w:t>konkursy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przedmiotowe</w:t>
    </w:r>
    <w:proofErr w:type="spellEnd"/>
    <w:r>
      <w:rPr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17E62" w14:textId="77777777" w:rsidR="007C6435" w:rsidRDefault="007C6435">
      <w:pPr>
        <w:spacing w:after="0" w:line="240" w:lineRule="auto"/>
      </w:pPr>
      <w:r>
        <w:separator/>
      </w:r>
    </w:p>
  </w:footnote>
  <w:footnote w:type="continuationSeparator" w:id="0">
    <w:p w14:paraId="79587A1D" w14:textId="77777777" w:rsidR="007C6435" w:rsidRDefault="007C6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proofErr w:type="spellStart"/>
    <w:r w:rsidRPr="00352867">
      <w:rPr>
        <w:rFonts w:ascii="Lato" w:hAnsi="Lato" w:cs="Lato"/>
        <w:i/>
        <w:iCs/>
        <w:sz w:val="20"/>
        <w:szCs w:val="20"/>
      </w:rPr>
      <w:t>Załącznik</w:t>
    </w:r>
    <w:proofErr w:type="spellEnd"/>
    <w:r w:rsidRPr="00352867">
      <w:rPr>
        <w:rFonts w:ascii="Lato" w:hAnsi="Lato" w:cs="Lato"/>
        <w:i/>
        <w:iCs/>
        <w:sz w:val="20"/>
        <w:szCs w:val="20"/>
      </w:rPr>
      <w:t xml:space="preserve">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7D0D7C"/>
    <w:multiLevelType w:val="multilevel"/>
    <w:tmpl w:val="FB8A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69772A"/>
    <w:rsid w:val="0078477F"/>
    <w:rsid w:val="007C6435"/>
    <w:rsid w:val="00932895"/>
    <w:rsid w:val="00936BB1"/>
    <w:rsid w:val="00A14621"/>
    <w:rsid w:val="00A54EA4"/>
    <w:rsid w:val="00A5762F"/>
    <w:rsid w:val="00A67B2E"/>
    <w:rsid w:val="00A71650"/>
    <w:rsid w:val="00AA1D8D"/>
    <w:rsid w:val="00B2368F"/>
    <w:rsid w:val="00B47730"/>
    <w:rsid w:val="00BE6293"/>
    <w:rsid w:val="00BF64B4"/>
    <w:rsid w:val="00C81A2F"/>
    <w:rsid w:val="00CB0664"/>
    <w:rsid w:val="00D63C7B"/>
    <w:rsid w:val="00E56CF4"/>
    <w:rsid w:val="00E65E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5028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DANUTA WASZAK</cp:lastModifiedBy>
  <cp:revision>2</cp:revision>
  <cp:lastPrinted>2026-08-27T08:48:00Z</cp:lastPrinted>
  <dcterms:created xsi:type="dcterms:W3CDTF">2026-09-29T11:47:00Z</dcterms:created>
  <dcterms:modified xsi:type="dcterms:W3CDTF">2026-09-29T11:47:00Z</dcterms:modified>
  <cp:category/>
</cp:coreProperties>
</file>